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– ממעבדות לחירות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ציר האירועים המרכזי בספר שמות מהשעבוד ועד מתן 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דמויות מרכזיות ואת תפקידן בסיפור היציאה ממצרים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בשאלה מה הופך אדם למנהיג ומה פירוש אחריות אחרי קבלת 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להרוג את הבנים העבריים שנולדו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בהר חורב, כשרעה צאן במדין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בנו עגל זהב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להפך, הן סירבו לפקודה והצילו את התינוקות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בפסוק המוזכר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היציאה מצרים וקריעת הים קדמו למעמד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הדף מציין השוואה בין הנוסח בשמות לנוסח בדברים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בכורות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הדמות לתפקידה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(מיילדות שסירבו להרוג תינוקות עבריים)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(אחי משה שדיבר בשמו אל פרעה)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(חותנו של משה שייעץ לו למנות שופטים)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(עם שתקף את בני ישראל במדבר)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(האמן שהוביל את בניית המשכן)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סדר הקרות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שעבוד בני ישראל במצרים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הסנה הבוער וקריאת משה לשליחות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עשר המכות ויציאת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קריעת ים 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מתן תורה בהר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תכונות כמו אכפתיות, אומץ או ענווה, ותקשר אותן לאירוע מהסיפור כמו ראיית הסבלות או עמידה מול פרעה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תסביר שהחירות הפיזית הגיעה מהר, אך קבלת החוקים, בניית המשכן והתמודדות עם משברים כמו חטא העגל דרשו זמן ולמידה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לאזכור סירוב מוסרי להרוג תינוקות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לאזכור מתן עשרת הדיברות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מנומקת, 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ההבדל בין חירות מיידית לאחריות מתמשכת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לקרוא בקול את הציטוט הקצר על משה ואחיו לפני פתרון חלק ה-tf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לתלמידים לבחור דמות נוספת מהסיפור ולא רק משה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שמות – ממעבדות לחירות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בספר שמות בני ישראל היו עבדים במצרים. משה עוזר להם לצאת לחופש. הם הולכים במדבר ומגיעים להר סיני. הדף הזה מתרגל את הסיפור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אנשים נאלצים לעבוד בכפייה בלי בחירה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מיילדות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נשים שעוזרות ללידת תינוקות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סנה בוער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 שבער ולא נשרף, שם אלוהים דיבר אל משה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עשר המכות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עשר פגיעות שהביא אלוהים על מצרים כדי שפרעה ישלח את העם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קריעת ים סוף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הנס שבו הים נבקע ובני ישראל עברו ביבשה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עשרת הדיברות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עשרה כללי יסוד שניתנו לעם בהר סיני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חטא העגל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כשבני ישראל בנו פסל זהב בזמן שמשה היה בהר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משכן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נייד לעבודת האל שבני ישראל בנו במדבר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המיילדות לא הסכימו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להרוג את הבנים העבריים שנולדו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לבנות ערים למצרים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לעבוד בשדות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ללכת למדבר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משה ראה את השיח שבוער?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בארמון פרעה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בהר חורב, כשרעה צאן במדין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 סוף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מכות היו במצרים?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שתים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הר קיבלו את עשרת הדיברות?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הזיתים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עיבל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בני ישראל עשו כשמשה לא חזר מהר?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בנו עגל זהב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 את המשכן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חזרו למצרים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קיבלו מן מן השמיים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המיילדות שפרה ופועה צייתו לפקודת פרעה והרגו את הבנים העבריים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 יצא אל אחיו וראה בסבלותם לפני שנאלץ לברוח ממצרים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קריעת ים סוף התרחשה לפני מתן תורה בהר סיני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עשרת הדיברות מופיעים גם בספר דברים בנוסח שונה במקצת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משה ראה את הסנה הבוער בהר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אחת המכות האחרונות שפקדה את מצרים הייתה מכת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בני ישראל חצו את ים __________ בבריחתם ממצרים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בהר סיני קיבל העם את עשרת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בזמן שמשה שהה בהר, העם בנה __________ של זהב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הדמות לתפקידה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שפרה ופועה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עם שתקף את בני ישראל במדבר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אהרן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חותנו של משה שייעץ לו למנות שופטים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יתרו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מיילדות שסירבו להרוג תינוקות עבריים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עמלק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האמן שהוביל את בניית המשכן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בצלאל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אחי משה שדיבר בשמו אל פרעה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סדר הקרות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מתן תורה בהר סיני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קריעת ים 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שעבוד בני ישראל במצרים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עשר המכות ויציאת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הסנה הבוער וקריאת משה לשליחות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לדעתכם, מה הפך את משה למנהיג? כתבו לפחות שתי תכונות והביאו דוגמה מהסיפור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העם יצא לחירות ברגע אחד אבל למד לשאת באחריות לאורך כל הדרך - הסבירו את המשפט והביאו דוגמה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גרם למיילדות לסרב לפקודת פרעה?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בהר סיני?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דעתכם, מה חשוב יותר למנהיג - אומץ או אחריות? נמקו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שמות – ממעבדות לחירות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